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הרעיון המרכזי של מעבר מהערכת תוצר להערכת 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סולם AIAS ולמה הוא משמש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עקרונות בבניית משימות הערכה חלופיות (חזותי, פרזנטציה, סרטון)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מבדיקת תוצר מוגמר להערכת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דרך להביע חשיבה ורעיון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מופיע בתיאור ערכה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בתיאור המשימה והערכה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AIAS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מפגש לנושא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(חדשנות פדגוגית והערכה משמעותית)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(סולם AIAS - כמה AI מותר במשימה)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(תוצר יצירתי חזותי)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(פרזנטציה כמשימת הערכה)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בוט מלווה 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הגדרת תפקיד הבוט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רשימת איסורים לבוט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פרטי המטלה שהתלמיד מקבל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יומן עבודה לתיעוד התהליך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יש לבדוק התאמה לגיל, בהירות המשימה והקשר לרעיון של הערכת תהליך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מעבר מבדיקת תוצר להערכת 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מראש של מה מותר ואסור עם AI במשימה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שמראה שלב עבודה, רפלקציה או תיקון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כסיכום אחרי צפייה באחת מהקלטות המפגשים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שיתוף בין משתתפות על הפרומפט שבחרו בחלק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לקבוצה שזקוקה לגרסה פשוטה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דף זה מסכם רעיונות מרכזיים מהקורס להערכה חלופית בעידן הבינה המלאכותית, כפי שהם מופיעים בחומרי המפגשים השונים.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AIAS  ·  תהליך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המעבר המרכזי שהקורס מציע בהערכה בעידן ה-AI?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מבדיקת תוצר מוגמר להערכת 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מהערכה כתובה להערכה בעל פה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מציונים להערכה איכותנית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לפי מפגש 3, תוצר חזותי נחשב בעיקר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קישוט יפה למשימה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דרך להביע חשיבה ורעיון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תחליף מלא להסבר בכתב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בערכה למורה 1 יש משחק בשם 'אמת, AI או שניהם?'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במפגש 4 מומלץ להוסיף בוט אישי שמלווה את התלמיד במשימת הפרזנטציה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הערכה חלופית בעידן ה-AI מתמקדת במעבר מתוצר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סולם __________ עוזר להגדיר מראש כמה AI מותר להשתמש במשימה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מפגש לנושא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מפגש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סולם AIAS - כמה AI מותר במשימה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מפגש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פרזנטציה כמשימת הערכה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מפגש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חדשנות פדגוגית והערכה משמעותית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מפגש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תוצר יצירתי חזותי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בניית בוט מלווה 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רשימת איסורים לבוט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הגדרת תפקיד הבוט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יומן עבודה לתיעוד התהליך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פרטי המטלה שהתלמיד מקבל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פרומפט אחד ממאגר הפרומפטים של הקורס, התאימו אותו לכיתה שלכם והסבירו למה בחרתם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הרעיון המרכזי בהערכה חלופית בעידן ה-AI?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תפקידו של סולם AIAS?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הערכה חלופית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