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הרעיון המרכזי של מעבר מהערכת תוצר להערכת 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סולם AIAS ולמה הוא משמש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עקרונות בבניית משימות הערכה חלופיות (חזותי, פרזנטציה, סרטון)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מבדיקת תוצר מוגמר להערכת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להגדיר מראש מה מותר ומה אסור לעשות עם AI במשימה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דרך להביע חשיבה ורעיון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לבצע את המשימה בעצמה לפי ההוראות שכתבה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מופיע בתיאור ערכה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הסולם כולל חמש רמות עם דוגמה לכל רמה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בתיאור המשימה והערכה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מעריכים גם את התהליך - תסריט, סטוריבורד, טיוטה ומשוב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AIAS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מלווה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מפגש לנושא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(חדשנות פדגוגית והערכה משמעותית)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(סולם AIAS - כמה AI מותר במשימה)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(תוצר יצירתי חזותי)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(פרזנטציה כמשימת הערכה)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בוט מלווה למידה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הגדרת תפקיד הבוט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רשימת איסורים לבוט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פרטי המטלה שהתלמיד מקבל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יומן עבודה לתיעוד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ניהול השיחה עם התלמיד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משפט פתיחה לתלמיד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יש לבדוק התאמה לגיל, בהירות המשימה והקשר לרעיון של הערכת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'יפה' מתייחס לעיצוב חיצוני בלבד, ואילו 'עמוק' מבטא רעיון, מסר או חשיבה אמיתית מאחורי התמונה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מעבר מבדיקת תוצר להערכת 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מראש של מה מותר ואסור עם AI במשימה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שמראה שלב עבודה, רפלקציה או תיקון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הדף כסיכום אחרי צפייה באחת מהקלטות המפגשים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שיתוף בין משתתפות על הפרומפט שבחרו בחלק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לקבוצה שזקוקה לגרסה פשוטה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רעיונות חשובים מהקורס על איך מעריכים תלמידים כשיש להם AI.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הערכה חלופית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להעריך למידה שלא מסתכלת רק על תוצר סופי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תהליך למידה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השלבים בדרך לתוצר - תכנון, טיוטה, תיקון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AIAS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סולם שמגדיר כמה AI מותר להשתמש במשימה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בוט מלווה למידה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עוזר דיגיטלי שמלווה תלמיד לאורך משימה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תוצר חזותי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תמונה, כרזה או קומיקס שמבטאים רעיון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סטוריבורד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תכנון מראש של סצנות בסרטון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והתבוננות של התלמיד על עבודתו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שמגדירה איך מעריכים משימה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המורות רוצות לשנות בהערכה?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מבדיקת תוצר מוגמר להערכת 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מהערכה כתובה להערכה בעל פה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מציונים להערכה איכותנית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מעבודה אישית לעבודה קבוצתית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משמש הסולם AIAS?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אם תלמיד השתמש ב-AI בלי רשות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להגדיר מראש מה מותר ומה אסור לעשות עם AI במשימה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לתת ציון אוטומטי למשימה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תבנית מצגת מתאימה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משמש תוצר חזותי לפי הקורס?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קישוט יפה למשימה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דרך להביע חשיבה ורעיון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תחליף מלא להסבר בכתב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משימה שמוערכת רק לפי יופי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המורה צריכה לעשות לפני העברת המשימה?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לפרסם אותה באינטרנט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לבצע את המשימה בעצמה לפי ההוראות שכתבה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לדלג על שלב התכנון כדי לחסוך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לשלוח אותה לבדיקה חיצונית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בערכה למורה 1 יש משחק בשם 'אמת, AI או שניהם?'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סולם AIAS כולל שלוש רמות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במפגש 4 מומלץ להוסיף בוט אישי שמלווה את התלמיד במשימת הפרזנטציה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במפגש 5, כשהתוצר הוא סרטון, מעריכים רק את הסרטון המוגמר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הערכה חלופית בעידן ה-AI מתמקדת במעבר מתוצר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סולם __________ עוזר להגדיר מראש כמה AI מותר להשתמש במשימה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במפגש 3 התלמיד מגיש תוצר חזותי יחד עם __________ שמסביר מה רואים ומה המסר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בוט שמלווה תלמיד במשימת הערכה נקרא בוט __________ למידה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מפגש לנושא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מפגש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פרזנטציה כמשימת הערכה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מפגש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תוצר יצירתי חזותי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מפגש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סולם AIAS - כמה AI מותר במשימה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מפגש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חדשנות פדגוגית והערכה משמעותית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בניית בוט מלווה 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פרטי המטלה שהתלמיד מקבל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הגדרת תפקיד הבוט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פתיחה לתלמיד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ניהול השיחה עם התלמיד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יומן עבודה לתיעוד התהליך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איסורים לבוט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פרומפט אחד ממאגר הפרומפטים של הקורס, התאימו אותו לכיתה שלכם והסבירו למה בחרתם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בקצרה את ההבדל בין תוצר חזותי 'יפה' לתוצר חזותי 'עמוק', לפי מה שנלמד במפגש 3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הרעיון המרכזי בהערכה חלופית בעידן ה-AI?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תפקידו של סולם AIAS?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למה חשוב להעריך תהליך ולא רק תוצר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הערכה חלופית בעידן ה-AI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