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המרכזי של 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סולם AIAS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בבניית משימות הערכה חלופיות (חזותי, פרזנטציה, סרטון)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להגדיר מראש מה מותר ומה אסור לעשות עם 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דרך להביע חשיבה ורעיון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לבצע את המשימה בעצמה לפי ההוראות שכתבה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בתיאור ערכה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הסולם כולל חמש רמות עם דוגמה לכל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המשימה והערכה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מעריכים גם את התהליך - תסריט, סטוריבורד, טיוטה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מלווה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(חדשנות פדגוגית והערכה משמעותית)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(סולם AIAS - כמה AI מותר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(פרזנטציה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בוט מלווה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תפקיד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רשימת איסורים לבוט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 המטלה שהתלמיד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 עבודה לתיעוד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ניהול השיחה עם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משפט פתיחה לתלמיד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התאמה לגיל, בהירות המשימה והקשר לרעיון של 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'יפה' מתייחס לעיצוב חיצוני בלבד, ואילו 'עמוק' מבטא רעיון, מסר או חשיבה אמיתית מאחורי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מבדיקת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מראש של מה מותר ואסור עם AI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שמראה שלב עבודה, רפלקציה או 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צפייה באחת מהקלטות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בין משתתפות על הפרומפט שבחרו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לקבוצה שזקוקה לגרסה 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מסכם רעיונות מרכזיים מהקורס להערכה חלופית בעידן הבינה המלאכותית, כפי שהם מופיעים בחומרי המפגשים השונים.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המעבר המרכזי שהקורס מציע בהערכה בעידן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מהערכה כתובה להערכה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מציונים להערכה איכותנית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מעבודה אישית לעבודה קבוצתית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סולם AIAS עוזר למורים בעיקר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תלמיד השתמש ב-AI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להגדיר מראש מה מותר ומה אסור לעשות עם 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ציון אוטומטי למשימה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תבנית מצגת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מפגש 3, תוצר חזותי נחשב בעיקר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קישוט יפה למשימה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להביע חשיבה ורעיון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תחליף מלא להסבר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משימה שמוערכת רק לפי 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מומלץ שהמורה תעשה לפני שמעבירה משימת פרזנטציה לתלמידים?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לפרסם אותה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לבצע את המשימה בעצמה לפי ההוראות שכתבה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שלב התכנון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אותה לבדיקה חיצונית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בערכה למורה 1 יש משחק בשם 'אמת, AI או שניהם?'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כולל שלוש רמות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4 מומלץ להוסיף בוט אישי שמלווה את התלמיד במשימת הפרזנטציה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5, כשהתוצר הוא סרטון, מעריכים רק את הסרטון המוגמר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הערכה חלופית בעידן ה-AI מתמקדת במעבר מתוצר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סולם __________ עוזר להגדיר מראש כמה AI מותר להשתמש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במפגש 3 התלמיד מגיש תוצר חזותי יחד עם __________ שמסביר מה רואים ומה המסר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בוט שמלווה תלמיד במשימת הערכה נקרא בוט __________ למידה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סולם AIAS - כמה AI מותר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חדשנות פדגוגית והערכה משמעותית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 המטלה שהתלמיד מקבל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לתלמיד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תפקיד הבוט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איסורים לבוט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עבודה לתיעוד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השיחה עם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פרומפט אחד ממאגר הפרומפטים של הקורס, התאימו אותו לכיתה שלכם והסבירו למה בחרתם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את ההבדל בין תוצר חזותי 'יפה' לתוצר חזותי 'עמוק', לפי מה שנלמד במפגש 3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בהערכה חלופית בעידן ה-AI?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למה חשוב להעריך תהליך ולא רק תוצר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